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B6B8" w14:textId="77777777" w:rsidR="00D963C9" w:rsidRPr="00172B3E" w:rsidRDefault="00000000">
      <w:pPr>
        <w:spacing w:after="200"/>
        <w:jc w:val="center"/>
        <w:rPr>
          <w:lang w:val="es-AR"/>
        </w:rPr>
      </w:pPr>
      <w:r w:rsidRPr="00172B3E">
        <w:rPr>
          <w:b/>
          <w:sz w:val="26"/>
          <w:lang w:val="es-AR"/>
        </w:rPr>
        <w:t>REG-SC-01 – FORMULARIO DE QUEJAS, SUGERENCIAS Y FELICITACIONES</w:t>
      </w:r>
    </w:p>
    <w:p w14:paraId="0A559434" w14:textId="77777777" w:rsidR="00D963C9" w:rsidRPr="00172B3E" w:rsidRDefault="00000000">
      <w:pPr>
        <w:jc w:val="both"/>
        <w:rPr>
          <w:lang w:val="es-AR"/>
        </w:rPr>
      </w:pPr>
      <w:r w:rsidRPr="00172B3E">
        <w:rPr>
          <w:lang w:val="es-AR"/>
        </w:rPr>
        <w:t>Puede utilizar este formulario para presentar una queja, sugerencia o felicitación relacionada con los servicios de la Dirección de Recursos Energéticos y Mineros. Describa los hechos u observaciones de forma clara, breve y precisa. Puede enviarlo a calidad.dgrem@gmail.com o presentarlo por los canales institucionales habilitados.</w:t>
      </w:r>
    </w:p>
    <w:p w14:paraId="10233CD3" w14:textId="77777777" w:rsidR="00D963C9" w:rsidRPr="00172B3E" w:rsidRDefault="00000000">
      <w:pPr>
        <w:jc w:val="both"/>
        <w:rPr>
          <w:lang w:val="es-AR"/>
        </w:rPr>
      </w:pPr>
      <w:r w:rsidRPr="00172B3E">
        <w:rPr>
          <w:lang w:val="es-AR"/>
        </w:rPr>
        <w:t>Si proporciona datos de contacto, la Dirección podrá comunicarle el tratamiento dado a su presentación por el medio informado. Los datos de identificación son opcionales, salvo que resulten necesarios para gestionar el caso.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082"/>
        <w:gridCol w:w="4989"/>
      </w:tblGrid>
      <w:tr w:rsidR="00D963C9" w14:paraId="5A21C86E" w14:textId="77777777">
        <w:trPr>
          <w:jc w:val="center"/>
        </w:trPr>
        <w:tc>
          <w:tcPr>
            <w:tcW w:w="408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E12B64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Tipo de presentación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4A72C6" w14:textId="77777777" w:rsidR="00D963C9" w:rsidRDefault="00000000">
            <w:pPr>
              <w:spacing w:after="0" w:line="240" w:lineRule="auto"/>
            </w:pPr>
            <w:r>
              <w:rPr>
                <w:sz w:val="18"/>
              </w:rPr>
              <w:t>☐ Queja o reclamo    ☐ Sugerencia    ☐ Felicitación</w:t>
            </w:r>
          </w:p>
        </w:tc>
      </w:tr>
      <w:tr w:rsidR="00D963C9" w14:paraId="3779D04B" w14:textId="77777777">
        <w:trPr>
          <w:jc w:val="center"/>
        </w:trPr>
        <w:tc>
          <w:tcPr>
            <w:tcW w:w="408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30E23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Fecha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22DF4" w14:textId="77777777" w:rsidR="00D963C9" w:rsidRDefault="00D963C9">
            <w:pPr>
              <w:spacing w:after="0" w:line="240" w:lineRule="auto"/>
            </w:pPr>
          </w:p>
        </w:tc>
      </w:tr>
      <w:tr w:rsidR="00D963C9" w14:paraId="22A0B7AD" w14:textId="77777777">
        <w:trPr>
          <w:jc w:val="center"/>
        </w:trPr>
        <w:tc>
          <w:tcPr>
            <w:tcW w:w="408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38A13D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Servicio, trámite o área involucrada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8E92C1" w14:textId="77777777" w:rsidR="00D963C9" w:rsidRDefault="00D963C9">
            <w:pPr>
              <w:spacing w:after="0" w:line="240" w:lineRule="auto"/>
            </w:pPr>
          </w:p>
        </w:tc>
      </w:tr>
      <w:tr w:rsidR="00D963C9" w:rsidRPr="00172B3E" w14:paraId="4F4E69AB" w14:textId="77777777">
        <w:trPr>
          <w:jc w:val="center"/>
        </w:trPr>
        <w:tc>
          <w:tcPr>
            <w:tcW w:w="408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B33F38" w14:textId="77777777" w:rsidR="00D963C9" w:rsidRPr="00172B3E" w:rsidRDefault="00000000">
            <w:pPr>
              <w:spacing w:after="0" w:line="240" w:lineRule="auto"/>
              <w:rPr>
                <w:lang w:val="es-AR"/>
              </w:rPr>
            </w:pPr>
            <w:r w:rsidRPr="00172B3E">
              <w:rPr>
                <w:b/>
                <w:sz w:val="18"/>
                <w:lang w:val="es-AR"/>
              </w:rPr>
              <w:t>Persona u oficina que lo atendió (si corresponde)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8CF2E1" w14:textId="77777777" w:rsidR="00D963C9" w:rsidRPr="00172B3E" w:rsidRDefault="00D963C9">
            <w:pPr>
              <w:spacing w:after="0" w:line="240" w:lineRule="auto"/>
              <w:rPr>
                <w:lang w:val="es-AR"/>
              </w:rPr>
            </w:pPr>
          </w:p>
        </w:tc>
      </w:tr>
      <w:tr w:rsidR="00D963C9" w:rsidRPr="00172B3E" w14:paraId="69FE6507" w14:textId="77777777">
        <w:trPr>
          <w:jc w:val="center"/>
        </w:trPr>
        <w:tc>
          <w:tcPr>
            <w:tcW w:w="408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38AD5A" w14:textId="77777777" w:rsidR="00D963C9" w:rsidRPr="00172B3E" w:rsidRDefault="00000000">
            <w:pPr>
              <w:spacing w:after="0" w:line="240" w:lineRule="auto"/>
              <w:rPr>
                <w:lang w:val="es-AR"/>
              </w:rPr>
            </w:pPr>
            <w:r w:rsidRPr="00172B3E">
              <w:rPr>
                <w:b/>
                <w:sz w:val="18"/>
                <w:lang w:val="es-AR"/>
              </w:rPr>
              <w:t>Relato de los hechos u observaciones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5EFC36" w14:textId="77777777" w:rsidR="00D963C9" w:rsidRPr="00172B3E" w:rsidRDefault="00000000">
            <w:pPr>
              <w:spacing w:after="0" w:line="240" w:lineRule="auto"/>
              <w:rPr>
                <w:lang w:val="es-AR"/>
              </w:rPr>
            </w:pPr>
            <w:r w:rsidRPr="00172B3E">
              <w:rPr>
                <w:sz w:val="18"/>
                <w:lang w:val="es-AR"/>
              </w:rPr>
              <w:br/>
            </w:r>
            <w:r w:rsidRPr="00172B3E">
              <w:rPr>
                <w:sz w:val="18"/>
                <w:lang w:val="es-AR"/>
              </w:rPr>
              <w:br/>
            </w:r>
            <w:r w:rsidRPr="00172B3E">
              <w:rPr>
                <w:sz w:val="18"/>
                <w:lang w:val="es-AR"/>
              </w:rPr>
              <w:br/>
            </w:r>
            <w:r w:rsidRPr="00172B3E">
              <w:rPr>
                <w:sz w:val="18"/>
                <w:lang w:val="es-AR"/>
              </w:rPr>
              <w:br/>
            </w:r>
          </w:p>
        </w:tc>
      </w:tr>
      <w:tr w:rsidR="00D963C9" w14:paraId="6A69F4C8" w14:textId="77777777">
        <w:trPr>
          <w:jc w:val="center"/>
        </w:trPr>
        <w:tc>
          <w:tcPr>
            <w:tcW w:w="408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76AD56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Propuesta o resultado esperado (opcional)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E49661" w14:textId="77777777" w:rsidR="00D963C9" w:rsidRDefault="00000000">
            <w:pPr>
              <w:spacing w:after="0" w:line="240" w:lineRule="auto"/>
            </w:pP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D963C9" w:rsidRPr="00172B3E" w14:paraId="78F8A651" w14:textId="77777777">
        <w:trPr>
          <w:jc w:val="center"/>
        </w:trPr>
        <w:tc>
          <w:tcPr>
            <w:tcW w:w="408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E08BEC" w14:textId="77777777" w:rsidR="00D963C9" w:rsidRPr="00172B3E" w:rsidRDefault="00000000">
            <w:pPr>
              <w:spacing w:after="0" w:line="240" w:lineRule="auto"/>
              <w:rPr>
                <w:lang w:val="es-AR"/>
              </w:rPr>
            </w:pPr>
            <w:r w:rsidRPr="00172B3E">
              <w:rPr>
                <w:b/>
                <w:sz w:val="18"/>
                <w:lang w:val="es-AR"/>
              </w:rPr>
              <w:t>Nombre y apellido / Organización (opcional)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64D2D3" w14:textId="77777777" w:rsidR="00D963C9" w:rsidRPr="00172B3E" w:rsidRDefault="00D963C9">
            <w:pPr>
              <w:spacing w:after="0" w:line="240" w:lineRule="auto"/>
              <w:rPr>
                <w:lang w:val="es-AR"/>
              </w:rPr>
            </w:pPr>
          </w:p>
        </w:tc>
      </w:tr>
      <w:tr w:rsidR="00D963C9" w14:paraId="68C56BA3" w14:textId="77777777">
        <w:trPr>
          <w:jc w:val="center"/>
        </w:trPr>
        <w:tc>
          <w:tcPr>
            <w:tcW w:w="408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115E12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Correo electrónico o teléfono (opcional)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52C111" w14:textId="77777777" w:rsidR="00D963C9" w:rsidRDefault="00D963C9">
            <w:pPr>
              <w:spacing w:after="0" w:line="240" w:lineRule="auto"/>
            </w:pPr>
          </w:p>
        </w:tc>
      </w:tr>
      <w:tr w:rsidR="00D963C9" w14:paraId="57AE2B7D" w14:textId="77777777">
        <w:trPr>
          <w:jc w:val="center"/>
        </w:trPr>
        <w:tc>
          <w:tcPr>
            <w:tcW w:w="408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BF2A79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Domicilio (opcional)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CD5120" w14:textId="77777777" w:rsidR="00D963C9" w:rsidRDefault="00D963C9">
            <w:pPr>
              <w:spacing w:after="0" w:line="240" w:lineRule="auto"/>
            </w:pPr>
          </w:p>
        </w:tc>
      </w:tr>
      <w:tr w:rsidR="00D963C9" w14:paraId="24A633A6" w14:textId="77777777">
        <w:trPr>
          <w:jc w:val="center"/>
        </w:trPr>
        <w:tc>
          <w:tcPr>
            <w:tcW w:w="408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C745B5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Firma (si corresponde)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CA0ECA" w14:textId="77777777" w:rsidR="00D963C9" w:rsidRDefault="00D963C9">
            <w:pPr>
              <w:spacing w:after="0" w:line="240" w:lineRule="auto"/>
            </w:pPr>
          </w:p>
        </w:tc>
      </w:tr>
    </w:tbl>
    <w:p w14:paraId="17184019" w14:textId="77777777" w:rsidR="00D963C9" w:rsidRDefault="00000000">
      <w:pPr>
        <w:spacing w:before="120" w:after="80"/>
      </w:pPr>
      <w:r>
        <w:rPr>
          <w:b/>
          <w:color w:val="4F81BD"/>
          <w:sz w:val="24"/>
        </w:rPr>
        <w:t>USO INTERNO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082"/>
        <w:gridCol w:w="4989"/>
      </w:tblGrid>
      <w:tr w:rsidR="00D963C9" w14:paraId="7BDE067B" w14:textId="77777777">
        <w:trPr>
          <w:jc w:val="center"/>
        </w:trPr>
        <w:tc>
          <w:tcPr>
            <w:tcW w:w="4082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5FBBED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Fecha de recepción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B93975" w14:textId="77777777" w:rsidR="00D963C9" w:rsidRDefault="00D963C9">
            <w:pPr>
              <w:spacing w:after="0" w:line="240" w:lineRule="auto"/>
            </w:pPr>
          </w:p>
        </w:tc>
      </w:tr>
      <w:tr w:rsidR="00D963C9" w14:paraId="3B38D291" w14:textId="77777777">
        <w:trPr>
          <w:jc w:val="center"/>
        </w:trPr>
        <w:tc>
          <w:tcPr>
            <w:tcW w:w="4082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AB99BE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Canal de ingreso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35C7A5" w14:textId="77777777" w:rsidR="00D963C9" w:rsidRDefault="00D963C9">
            <w:pPr>
              <w:spacing w:after="0" w:line="240" w:lineRule="auto"/>
            </w:pPr>
          </w:p>
        </w:tc>
      </w:tr>
      <w:tr w:rsidR="00D963C9" w14:paraId="5196C474" w14:textId="77777777">
        <w:trPr>
          <w:jc w:val="center"/>
        </w:trPr>
        <w:tc>
          <w:tcPr>
            <w:tcW w:w="4082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F2E569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Proceso / responsable derivado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57B3BA" w14:textId="77777777" w:rsidR="00D963C9" w:rsidRDefault="00D963C9">
            <w:pPr>
              <w:spacing w:after="0" w:line="240" w:lineRule="auto"/>
            </w:pPr>
          </w:p>
        </w:tc>
      </w:tr>
      <w:tr w:rsidR="00D963C9" w14:paraId="6914F099" w14:textId="77777777">
        <w:trPr>
          <w:jc w:val="center"/>
        </w:trPr>
        <w:tc>
          <w:tcPr>
            <w:tcW w:w="4082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FB86D6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Tratamiento y evidencia asociada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707A6A" w14:textId="77777777" w:rsidR="00D963C9" w:rsidRDefault="00000000">
            <w:pPr>
              <w:spacing w:after="0" w:line="240" w:lineRule="auto"/>
            </w:pP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D963C9" w14:paraId="38CEAAD7" w14:textId="77777777">
        <w:trPr>
          <w:jc w:val="center"/>
        </w:trPr>
        <w:tc>
          <w:tcPr>
            <w:tcW w:w="4082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5F1158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Respuesta comunicada / fecha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294F29" w14:textId="77777777" w:rsidR="00D963C9" w:rsidRDefault="00D963C9">
            <w:pPr>
              <w:spacing w:after="0" w:line="240" w:lineRule="auto"/>
            </w:pPr>
          </w:p>
        </w:tc>
      </w:tr>
      <w:tr w:rsidR="00D963C9" w:rsidRPr="00172B3E" w14:paraId="0B98C1B2" w14:textId="77777777">
        <w:trPr>
          <w:jc w:val="center"/>
        </w:trPr>
        <w:tc>
          <w:tcPr>
            <w:tcW w:w="4082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7CD6DD" w14:textId="77777777" w:rsidR="00D963C9" w:rsidRPr="00172B3E" w:rsidRDefault="00000000">
            <w:pPr>
              <w:spacing w:after="0" w:line="240" w:lineRule="auto"/>
              <w:rPr>
                <w:lang w:val="es-AR"/>
              </w:rPr>
            </w:pPr>
            <w:r w:rsidRPr="00172B3E">
              <w:rPr>
                <w:b/>
                <w:sz w:val="18"/>
                <w:lang w:val="es-AR"/>
              </w:rPr>
              <w:t>¿Genera NC u OM? Identificación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4BD78B" w14:textId="77777777" w:rsidR="00D963C9" w:rsidRPr="00172B3E" w:rsidRDefault="00D963C9">
            <w:pPr>
              <w:spacing w:after="0" w:line="240" w:lineRule="auto"/>
              <w:rPr>
                <w:lang w:val="es-AR"/>
              </w:rPr>
            </w:pPr>
          </w:p>
        </w:tc>
      </w:tr>
      <w:tr w:rsidR="00D963C9" w14:paraId="16EE65AD" w14:textId="77777777">
        <w:trPr>
          <w:jc w:val="center"/>
        </w:trPr>
        <w:tc>
          <w:tcPr>
            <w:tcW w:w="4082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4B871A" w14:textId="77777777" w:rsidR="00D963C9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Fecha de cierre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8AEE8D" w14:textId="77777777" w:rsidR="00D963C9" w:rsidRDefault="00D963C9">
            <w:pPr>
              <w:spacing w:after="0" w:line="240" w:lineRule="auto"/>
            </w:pPr>
          </w:p>
        </w:tc>
      </w:tr>
    </w:tbl>
    <w:p w14:paraId="52BF5824" w14:textId="77777777" w:rsidR="00031F23" w:rsidRDefault="00031F23"/>
    <w:sectPr w:rsidR="00031F23" w:rsidSect="00034616">
      <w:headerReference w:type="default" r:id="rId8"/>
      <w:footerReference w:type="default" r:id="rId9"/>
      <w:pgSz w:w="11906" w:h="16838"/>
      <w:pgMar w:top="1134" w:right="1417" w:bottom="1020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F1BD6" w14:textId="77777777" w:rsidR="00031F23" w:rsidRDefault="00031F23">
      <w:pPr>
        <w:spacing w:after="0" w:line="240" w:lineRule="auto"/>
      </w:pPr>
      <w:r>
        <w:separator/>
      </w:r>
    </w:p>
  </w:endnote>
  <w:endnote w:type="continuationSeparator" w:id="0">
    <w:p w14:paraId="51FC5DBC" w14:textId="77777777" w:rsidR="00031F23" w:rsidRDefault="000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8C6AC" w14:textId="77777777" w:rsidR="00D963C9" w:rsidRDefault="00000000">
    <w:pPr>
      <w:pStyle w:val="Piedepgina"/>
      <w:jc w:val="right"/>
    </w:pPr>
    <w:r>
      <w:rPr>
        <w:sz w:val="18"/>
      </w:rPr>
      <w:t xml:space="preserve">Página </w:t>
    </w: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172B3E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de </w:t>
    </w:r>
    <w:r>
      <w:rPr>
        <w:sz w:val="18"/>
      </w:rPr>
      <w:fldChar w:fldCharType="begin"/>
    </w:r>
    <w:r>
      <w:rPr>
        <w:sz w:val="18"/>
      </w:rPr>
      <w:instrText>NUMPAGES</w:instrText>
    </w:r>
    <w:r>
      <w:rPr>
        <w:sz w:val="18"/>
      </w:rPr>
      <w:fldChar w:fldCharType="separate"/>
    </w:r>
    <w:r w:rsidR="00172B3E">
      <w:rPr>
        <w:noProof/>
        <w:sz w:val="18"/>
      </w:rPr>
      <w:t>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3723D" w14:textId="77777777" w:rsidR="00031F23" w:rsidRDefault="00031F23">
      <w:pPr>
        <w:spacing w:after="0" w:line="240" w:lineRule="auto"/>
      </w:pPr>
      <w:r>
        <w:separator/>
      </w:r>
    </w:p>
  </w:footnote>
  <w:footnote w:type="continuationSeparator" w:id="0">
    <w:p w14:paraId="52261D3C" w14:textId="77777777" w:rsidR="00031F23" w:rsidRDefault="000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58B8" w14:textId="77777777" w:rsidR="00D963C9" w:rsidRDefault="00D963C9">
    <w:pPr>
      <w:pStyle w:val="Encabezado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535"/>
      <w:gridCol w:w="4535"/>
    </w:tblGrid>
    <w:tr w:rsidR="00D963C9" w14:paraId="3EC28894" w14:textId="77777777">
      <w:trPr>
        <w:jc w:val="center"/>
      </w:trPr>
      <w:tc>
        <w:tcPr>
          <w:tcW w:w="4535" w:type="dxa"/>
          <w:tcMar>
            <w:top w:w="80" w:type="dxa"/>
            <w:left w:w="100" w:type="dxa"/>
            <w:bottom w:w="80" w:type="dxa"/>
            <w:right w:w="100" w:type="dxa"/>
          </w:tcMar>
          <w:vAlign w:val="center"/>
        </w:tcPr>
        <w:p w14:paraId="2630717F" w14:textId="77777777" w:rsidR="00D963C9" w:rsidRPr="00172B3E" w:rsidRDefault="00000000">
          <w:pPr>
            <w:spacing w:after="0" w:line="240" w:lineRule="auto"/>
            <w:rPr>
              <w:lang w:val="es-AR"/>
            </w:rPr>
          </w:pPr>
          <w:r w:rsidRPr="00172B3E">
            <w:rPr>
              <w:b/>
              <w:sz w:val="18"/>
              <w:lang w:val="es-AR"/>
            </w:rPr>
            <w:t>DIRECCIÓN DE RECURSOS ENERGÉTICOS Y MINEROS</w:t>
          </w:r>
          <w:r w:rsidRPr="00172B3E">
            <w:rPr>
              <w:b/>
              <w:sz w:val="18"/>
              <w:lang w:val="es-AR"/>
            </w:rPr>
            <w:br/>
            <w:t>Sistema de Gestión de la Calidad</w:t>
          </w:r>
        </w:p>
      </w:tc>
      <w:tc>
        <w:tcPr>
          <w:tcW w:w="4535" w:type="dxa"/>
          <w:tcMar>
            <w:top w:w="80" w:type="dxa"/>
            <w:left w:w="100" w:type="dxa"/>
            <w:bottom w:w="80" w:type="dxa"/>
            <w:right w:w="100" w:type="dxa"/>
          </w:tcMar>
          <w:vAlign w:val="center"/>
        </w:tcPr>
        <w:p w14:paraId="2B7EE922" w14:textId="77777777" w:rsidR="00D963C9" w:rsidRDefault="00000000">
          <w:pPr>
            <w:spacing w:after="0" w:line="240" w:lineRule="auto"/>
            <w:jc w:val="right"/>
          </w:pPr>
          <w:r>
            <w:rPr>
              <w:b/>
              <w:sz w:val="18"/>
            </w:rPr>
            <w:t>REG-SC-01</w:t>
          </w:r>
          <w:r>
            <w:rPr>
              <w:b/>
              <w:sz w:val="18"/>
            </w:rPr>
            <w:br/>
            <w:t>Rev.02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2311139">
    <w:abstractNumId w:val="8"/>
  </w:num>
  <w:num w:numId="2" w16cid:durableId="1124234163">
    <w:abstractNumId w:val="6"/>
  </w:num>
  <w:num w:numId="3" w16cid:durableId="1208101885">
    <w:abstractNumId w:val="5"/>
  </w:num>
  <w:num w:numId="4" w16cid:durableId="596133168">
    <w:abstractNumId w:val="4"/>
  </w:num>
  <w:num w:numId="5" w16cid:durableId="503056712">
    <w:abstractNumId w:val="7"/>
  </w:num>
  <w:num w:numId="6" w16cid:durableId="539708136">
    <w:abstractNumId w:val="3"/>
  </w:num>
  <w:num w:numId="7" w16cid:durableId="1034385210">
    <w:abstractNumId w:val="2"/>
  </w:num>
  <w:num w:numId="8" w16cid:durableId="475874078">
    <w:abstractNumId w:val="1"/>
  </w:num>
  <w:num w:numId="9" w16cid:durableId="75852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1F23"/>
    <w:rsid w:val="00034616"/>
    <w:rsid w:val="0006063C"/>
    <w:rsid w:val="0015074B"/>
    <w:rsid w:val="00172B3E"/>
    <w:rsid w:val="0029639D"/>
    <w:rsid w:val="00326F90"/>
    <w:rsid w:val="00AA1D8D"/>
    <w:rsid w:val="00B47730"/>
    <w:rsid w:val="00CB0664"/>
    <w:rsid w:val="00D76D54"/>
    <w:rsid w:val="00D963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23DE9"/>
  <w14:defaultImageDpi w14:val="300"/>
  <w15:docId w15:val="{B9E9D9A9-8C11-4349-8036-E42681B8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</cp:lastModifiedBy>
  <cp:revision>2</cp:revision>
  <dcterms:created xsi:type="dcterms:W3CDTF">2013-12-23T23:15:00Z</dcterms:created>
  <dcterms:modified xsi:type="dcterms:W3CDTF">2026-07-21T19:06:00Z</dcterms:modified>
  <cp:category/>
</cp:coreProperties>
</file>